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44"/>
        </w:rPr>
        <w:t>Test Reader Feedback Form</w:t>
      </w:r>
    </w:p>
    <w:p>
      <w:pPr>
        <w:spacing w:before="240" w:after="120"/>
      </w:pPr>
      <w:r>
        <w:rPr>
          <w:b/>
          <w:sz w:val="32"/>
        </w:rPr>
        <w:t>A Sleepless Cycle Beneath His Gaze - Version 0.1</w:t>
      </w:r>
    </w:p>
    <w:p>
      <w:r>
        <w:rPr>
          <w:i w:val="0"/>
        </w:rPr>
        <w:t>Thank you for reading this test edition. Please answer honestly. Specific examples, chapter numbers, and page numbers are more useful than general praise or dislike.</w:t>
      </w:r>
    </w:p>
    <w:p>
      <w:pPr>
        <w:spacing w:before="240" w:after="120"/>
      </w:pPr>
      <w:r>
        <w:rPr>
          <w:b/>
          <w:sz w:val="32"/>
        </w:rPr>
        <w:t>Reader Information</w:t>
      </w:r>
    </w:p>
    <w:p>
      <w:r>
        <w:rPr>
          <w:i w:val="0"/>
        </w:rPr>
        <w:t>Name or initials: ______________________________</w:t>
      </w:r>
    </w:p>
    <w:p>
      <w:r>
        <w:rPr>
          <w:i w:val="0"/>
        </w:rPr>
        <w:t>Date completed: _______________________________</w:t>
      </w:r>
    </w:p>
    <w:p>
      <w:r>
        <w:rPr>
          <w:i w:val="0"/>
        </w:rPr>
        <w:t>Preferred horror genres: _______________________</w:t>
      </w:r>
    </w:p>
    <w:p>
      <w:r>
        <w:rPr>
          <w:i w:val="0"/>
        </w:rPr>
        <w:t>Familiarity with H. P. Lovecraft or the Cthulhu Mythos:</w:t>
      </w:r>
    </w:p>
    <w:p>
      <w:pPr>
        <w:ind w:left="360"/>
      </w:pPr>
      <w:r>
        <w:t>☐ None</w:t>
      </w:r>
    </w:p>
    <w:p>
      <w:pPr>
        <w:ind w:left="360"/>
      </w:pPr>
      <w:r>
        <w:t>☐ Some</w:t>
      </w:r>
    </w:p>
    <w:p>
      <w:pPr>
        <w:ind w:left="360"/>
      </w:pPr>
      <w:r>
        <w:t>☐ Extensive</w:t>
      </w:r>
    </w:p>
    <w:p>
      <w:pPr>
        <w:spacing w:before="240" w:after="120"/>
      </w:pPr>
      <w:r>
        <w:rPr>
          <w:b/>
          <w:sz w:val="32"/>
        </w:rPr>
        <w:t>Overall Response</w:t>
      </w:r>
    </w:p>
    <w:p>
      <w:pPr>
        <w:ind w:left="216"/>
      </w:pPr>
      <w:r>
        <w:rPr>
          <w:i w:val="0"/>
        </w:rPr>
        <w:t>1. Overall rating from 1 to 10: ______</w:t>
      </w:r>
    </w:p>
    <w:p>
      <w:pPr>
        <w:ind w:left="216"/>
      </w:pPr>
      <w:r>
        <w:rPr>
          <w:i w:val="0"/>
        </w:rPr>
        <w:t>2. Did the book feel complete at its current length? Why or why not?</w:t>
      </w:r>
    </w:p>
    <w:p>
      <w:pPr>
        <w:ind w:left="216"/>
      </w:pPr>
      <w:r>
        <w:rPr>
          <w:i w:val="0"/>
        </w:rPr>
        <w:t>3. At what point did the story fully pull you in?</w:t>
      </w:r>
    </w:p>
    <w:p>
      <w:pPr>
        <w:ind w:left="216"/>
      </w:pPr>
      <w:r>
        <w:rPr>
          <w:i w:val="0"/>
        </w:rPr>
        <w:t>4. Where, if anywhere, did you become bored or tempted to stop?</w:t>
      </w:r>
    </w:p>
    <w:p>
      <w:pPr>
        <w:ind w:left="216"/>
      </w:pPr>
      <w:r>
        <w:rPr>
          <w:i w:val="0"/>
        </w:rPr>
        <w:t>5. What was the strongest part or chapter?</w:t>
      </w:r>
    </w:p>
    <w:p>
      <w:pPr>
        <w:ind w:left="216"/>
      </w:pPr>
      <w:r>
        <w:rPr>
          <w:i w:val="0"/>
        </w:rPr>
        <w:t>6. What was the weakest part or chapter?</w:t>
      </w:r>
    </w:p>
    <w:p>
      <w:pPr>
        <w:spacing w:before="240" w:after="120"/>
      </w:pPr>
      <w:r>
        <w:rPr>
          <w:b/>
          <w:sz w:val="32"/>
        </w:rPr>
        <w:t>Clarity and Confusion</w:t>
      </w:r>
    </w:p>
    <w:p>
      <w:pPr>
        <w:ind w:left="216"/>
      </w:pPr>
      <w:r>
        <w:rPr>
          <w:i w:val="0"/>
        </w:rPr>
        <w:t>7. List any scene, event, rule, location, or character decision that confused you.</w:t>
      </w:r>
    </w:p>
    <w:p>
      <w:pPr>
        <w:ind w:left="216"/>
      </w:pPr>
      <w:r>
        <w:rPr>
          <w:i w:val="0"/>
        </w:rPr>
        <w:t>8. Did you understand why Daniel performed the ritual and chose the wrong column?</w:t>
      </w:r>
    </w:p>
    <w:p>
      <w:pPr>
        <w:ind w:left="216"/>
      </w:pPr>
      <w:r>
        <w:rPr>
          <w:i w:val="0"/>
        </w:rPr>
        <w:t>9. Was the distinction between sleep, microsleep, dream crossing, and physical reality understandable?</w:t>
      </w:r>
    </w:p>
    <w:p>
      <w:pPr>
        <w:ind w:left="216"/>
      </w:pPr>
      <w:r>
        <w:rPr>
          <w:i w:val="0"/>
        </w:rPr>
        <w:t>10. Did the transition from ordinary geography to Mistbound Hollow and the Celestial Well make sense within the story's rules?</w:t>
      </w:r>
    </w:p>
    <w:p>
      <w:pPr>
        <w:ind w:left="216"/>
      </w:pPr>
      <w:r>
        <w:rPr>
          <w:i w:val="0"/>
        </w:rPr>
        <w:t>11. Were the signal interludes useful, distracting, or unnecessary?</w:t>
      </w:r>
    </w:p>
    <w:p>
      <w:pPr>
        <w:spacing w:before="240" w:after="120"/>
      </w:pPr>
      <w:r>
        <w:rPr>
          <w:b/>
          <w:sz w:val="32"/>
        </w:rPr>
        <w:t>Characters</w:t>
      </w:r>
    </w:p>
    <w:p>
      <w:pPr>
        <w:ind w:left="216"/>
      </w:pPr>
      <w:r>
        <w:rPr>
          <w:i w:val="0"/>
        </w:rPr>
        <w:t>12. Did Daniel feel like a believable person rather than only a narrator for cosmic events?</w:t>
      </w:r>
    </w:p>
    <w:p>
      <w:pPr>
        <w:ind w:left="216"/>
      </w:pPr>
      <w:r>
        <w:rPr>
          <w:i w:val="0"/>
        </w:rPr>
        <w:t>13. Did you remain emotionally invested in Daniel after learning that he opened the Gate?</w:t>
      </w:r>
    </w:p>
    <w:p>
      <w:pPr>
        <w:ind w:left="216"/>
      </w:pPr>
      <w:r>
        <w:rPr>
          <w:i w:val="0"/>
        </w:rPr>
        <w:t>14. Did Mara have enough agency, personality, and influence on the plot?</w:t>
      </w:r>
    </w:p>
    <w:p>
      <w:pPr>
        <w:ind w:left="216"/>
      </w:pPr>
      <w:r>
        <w:rPr>
          <w:i w:val="0"/>
        </w:rPr>
        <w:t>15. Did Daniel and Mara's relationship feel clear without being labeled as a conventional romance?</w:t>
      </w:r>
    </w:p>
    <w:p>
      <w:pPr>
        <w:ind w:left="216"/>
      </w:pPr>
      <w:r>
        <w:rPr>
          <w:i w:val="0"/>
        </w:rPr>
        <w:t>16. Did Jonah's decision to remain in Mistbound Hollow feel earned?</w:t>
      </w:r>
    </w:p>
    <w:p>
      <w:pPr>
        <w:ind w:left="216"/>
      </w:pPr>
      <w:r>
        <w:rPr>
          <w:i w:val="0"/>
        </w:rPr>
        <w:t>17. Which character did you care about most, and why?</w:t>
      </w:r>
    </w:p>
    <w:p>
      <w:pPr>
        <w:ind w:left="216"/>
      </w:pPr>
      <w:r>
        <w:rPr>
          <w:i w:val="0"/>
        </w:rPr>
        <w:t>18. Did Nyarlathotep feel intelligent and manipulative rather than generically evil?</w:t>
      </w:r>
    </w:p>
    <w:p>
      <w:pPr>
        <w:spacing w:before="240" w:after="120"/>
      </w:pPr>
      <w:r>
        <w:rPr>
          <w:b/>
          <w:sz w:val="32"/>
        </w:rPr>
        <w:t>Pacing and Tension</w:t>
      </w:r>
    </w:p>
    <w:p>
      <w:pPr>
        <w:ind w:left="216"/>
      </w:pPr>
      <w:r>
        <w:rPr>
          <w:i w:val="0"/>
        </w:rPr>
        <w:t>19. Rate the pacing of each section from 1 (too slow) to 5 (too fast):</w:t>
      </w:r>
    </w:p>
    <w:p>
      <w:pPr>
        <w:ind w:left="360"/>
      </w:pPr>
      <w:r>
        <w:t xml:space="preserve">• </w:t>
      </w:r>
      <w:r>
        <w:rPr>
          <w:i w:val="0"/>
        </w:rPr>
        <w:t>The Beginning Of... ______</w:t>
      </w:r>
    </w:p>
    <w:p>
      <w:pPr>
        <w:ind w:left="360"/>
      </w:pPr>
      <w:r>
        <w:t xml:space="preserve">• </w:t>
      </w:r>
      <w:r>
        <w:rPr>
          <w:i w:val="0"/>
        </w:rPr>
        <w:t>Gates of Hell ______</w:t>
      </w:r>
    </w:p>
    <w:p>
      <w:pPr>
        <w:ind w:left="360"/>
      </w:pPr>
      <w:r>
        <w:t xml:space="preserve">• </w:t>
      </w:r>
      <w:r>
        <w:rPr>
          <w:i w:val="0"/>
        </w:rPr>
        <w:t>Sleepless Shadows ______</w:t>
      </w:r>
    </w:p>
    <w:p>
      <w:pPr>
        <w:ind w:left="360"/>
      </w:pPr>
      <w:r>
        <w:t xml:space="preserve">• </w:t>
      </w:r>
      <w:r>
        <w:rPr>
          <w:i w:val="0"/>
        </w:rPr>
        <w:t>Night Breed's Embrace ______</w:t>
      </w:r>
    </w:p>
    <w:p>
      <w:pPr>
        <w:ind w:left="360"/>
      </w:pPr>
      <w:r>
        <w:t xml:space="preserve">• </w:t>
      </w:r>
      <w:r>
        <w:rPr>
          <w:i w:val="0"/>
        </w:rPr>
        <w:t>Mistbound Hollow ______</w:t>
      </w:r>
    </w:p>
    <w:p>
      <w:pPr>
        <w:ind w:left="360"/>
      </w:pPr>
      <w:r>
        <w:t xml:space="preserve">• </w:t>
      </w:r>
      <w:r>
        <w:rPr>
          <w:i w:val="0"/>
        </w:rPr>
        <w:t>The Celestial Well ______</w:t>
      </w:r>
    </w:p>
    <w:p>
      <w:pPr>
        <w:ind w:left="360"/>
      </w:pPr>
      <w:r>
        <w:t xml:space="preserve">• </w:t>
      </w:r>
      <w:r>
        <w:rPr>
          <w:i w:val="0"/>
        </w:rPr>
        <w:t>Tentacled God ______</w:t>
      </w:r>
    </w:p>
    <w:p>
      <w:pPr>
        <w:ind w:left="360"/>
      </w:pPr>
      <w:r>
        <w:t xml:space="preserve">• </w:t>
      </w:r>
      <w:r>
        <w:rPr>
          <w:i w:val="0"/>
        </w:rPr>
        <w:t>The Final Vigil ______</w:t>
      </w:r>
    </w:p>
    <w:p>
      <w:pPr>
        <w:ind w:left="360"/>
      </w:pPr>
      <w:r>
        <w:t xml:space="preserve">• </w:t>
      </w:r>
      <w:r>
        <w:rPr>
          <w:i w:val="0"/>
        </w:rPr>
        <w:t>The Obsidian Tide ______</w:t>
      </w:r>
    </w:p>
    <w:p>
      <w:pPr>
        <w:ind w:left="216"/>
      </w:pPr>
      <w:r>
        <w:rPr>
          <w:i w:val="0"/>
        </w:rPr>
        <w:t>20. Did the quieter sections provide useful contrast while maintaining dread?</w:t>
      </w:r>
    </w:p>
    <w:p>
      <w:pPr>
        <w:ind w:left="216"/>
      </w:pPr>
      <w:r>
        <w:rPr>
          <w:i w:val="0"/>
        </w:rPr>
        <w:t>21. Did the story move from private horror to global apocalypse too quickly, too slowly, or correctly?</w:t>
      </w:r>
    </w:p>
    <w:p>
      <w:pPr>
        <w:ind w:left="216"/>
      </w:pPr>
      <w:r>
        <w:rPr>
          <w:i w:val="0"/>
        </w:rPr>
        <w:t>22. Were any chapters too short or too compressed?</w:t>
      </w:r>
    </w:p>
    <w:p>
      <w:pPr>
        <w:ind w:left="216"/>
      </w:pPr>
      <w:r>
        <w:rPr>
          <w:i w:val="0"/>
        </w:rPr>
        <w:t>23. Were any scenes repetitive?</w:t>
      </w:r>
    </w:p>
    <w:p>
      <w:pPr>
        <w:spacing w:before="240" w:after="120"/>
      </w:pPr>
      <w:r>
        <w:rPr>
          <w:b/>
          <w:sz w:val="32"/>
        </w:rPr>
        <w:t>Horror and World Rules</w:t>
      </w:r>
    </w:p>
    <w:p>
      <w:pPr>
        <w:ind w:left="216"/>
      </w:pPr>
      <w:r>
        <w:rPr>
          <w:i w:val="0"/>
        </w:rPr>
        <w:t>24. Which scene frightened or disturbed you most?</w:t>
      </w:r>
    </w:p>
    <w:p>
      <w:pPr>
        <w:ind w:left="216"/>
      </w:pPr>
      <w:r>
        <w:rPr>
          <w:i w:val="0"/>
        </w:rPr>
        <w:t>25. Did Cthulhu feel cosmic and incomprehensible, or merely like a giant monster?</w:t>
      </w:r>
    </w:p>
    <w:p>
      <w:pPr>
        <w:ind w:left="216"/>
      </w:pPr>
      <w:r>
        <w:rPr>
          <w:i w:val="0"/>
        </w:rPr>
        <w:t>26. Did the Necronomicon and Watcher ritual feel dangerous and consistent rather than convenient?</w:t>
      </w:r>
    </w:p>
    <w:p>
      <w:pPr>
        <w:ind w:left="216"/>
      </w:pPr>
      <w:r>
        <w:rPr>
          <w:i w:val="0"/>
        </w:rPr>
        <w:t>27. Did Daniel's worsening sleep deprivation feel convincing?</w:t>
      </w:r>
    </w:p>
    <w:p>
      <w:pPr>
        <w:ind w:left="216"/>
      </w:pPr>
      <w:r>
        <w:rPr>
          <w:i w:val="0"/>
        </w:rPr>
        <w:t>28. Were the rules of Mistbound Hollow and the Celestial Well clear enough while retaining mystery?</w:t>
      </w:r>
    </w:p>
    <w:p>
      <w:pPr>
        <w:ind w:left="216"/>
      </w:pPr>
      <w:r>
        <w:rPr>
          <w:i w:val="0"/>
        </w:rPr>
        <w:t>29. Did any horror image feel excessive, unclear, or unintentionally confusing?</w:t>
      </w:r>
    </w:p>
    <w:p>
      <w:pPr>
        <w:spacing w:before="240" w:after="120"/>
      </w:pPr>
      <w:r>
        <w:rPr>
          <w:b/>
          <w:sz w:val="32"/>
        </w:rPr>
        <w:t>Ending</w:t>
      </w:r>
    </w:p>
    <w:p>
      <w:pPr>
        <w:ind w:left="216"/>
      </w:pPr>
      <w:r>
        <w:rPr>
          <w:i w:val="0"/>
        </w:rPr>
        <w:t>30. Did Mara's death have sufficient emotional weight?</w:t>
      </w:r>
    </w:p>
    <w:p>
      <w:pPr>
        <w:ind w:left="216"/>
      </w:pPr>
      <w:r>
        <w:rPr>
          <w:i w:val="0"/>
        </w:rPr>
        <w:t>31. Did Daniel's Final Vigil resolve his character arc?</w:t>
      </w:r>
    </w:p>
    <w:p>
      <w:pPr>
        <w:ind w:left="216"/>
      </w:pPr>
      <w:r>
        <w:rPr>
          <w:i w:val="0"/>
        </w:rPr>
        <w:t>32. Did returning the Watcher shard feel like an earned limited action rather than a false victory?</w:t>
      </w:r>
    </w:p>
    <w:p>
      <w:pPr>
        <w:ind w:left="216"/>
      </w:pPr>
      <w:r>
        <w:rPr>
          <w:i w:val="0"/>
        </w:rPr>
        <w:t>33. Was the complete destruction of humanity satisfying for this story?</w:t>
      </w:r>
    </w:p>
    <w:p>
      <w:pPr>
        <w:ind w:left="216"/>
      </w:pPr>
      <w:r>
        <w:rPr>
          <w:i w:val="0"/>
        </w:rPr>
        <w:t>34. What did you believe happened to Leah?</w:t>
      </w:r>
    </w:p>
    <w:p>
      <w:pPr>
        <w:ind w:left="216"/>
      </w:pPr>
      <w:r>
        <w:rPr>
          <w:i w:val="0"/>
        </w:rPr>
        <w:t>35. What did you believe happened to Jonah?</w:t>
      </w:r>
    </w:p>
    <w:p>
      <w:pPr>
        <w:ind w:left="216"/>
      </w:pPr>
      <w:r>
        <w:rPr>
          <w:i w:val="0"/>
        </w:rPr>
        <w:t>36. What was your emotional reaction to the final line and underwater organ chord?</w:t>
      </w:r>
    </w:p>
    <w:p>
      <w:pPr>
        <w:spacing w:before="240" w:after="120"/>
      </w:pPr>
      <w:r>
        <w:rPr>
          <w:b/>
          <w:sz w:val="32"/>
        </w:rPr>
        <w:t>Final Comments</w:t>
      </w:r>
    </w:p>
    <w:p>
      <w:pPr>
        <w:ind w:left="216"/>
      </w:pPr>
      <w:r>
        <w:rPr>
          <w:i w:val="0"/>
        </w:rPr>
        <w:t>37. One thing that absolutely should not change:</w:t>
      </w:r>
    </w:p>
    <w:p>
      <w:r>
        <w:rPr>
          <w:i w:val="0"/>
        </w:rPr>
        <w:t>____________________________________________________________________</w:t>
      </w:r>
    </w:p>
    <w:p>
      <w:pPr>
        <w:ind w:left="216"/>
      </w:pPr>
      <w:r>
        <w:rPr>
          <w:i w:val="0"/>
        </w:rPr>
        <w:t>38. One thing that most needs revision:</w:t>
      </w:r>
    </w:p>
    <w:p>
      <w:r>
        <w:rPr>
          <w:i w:val="0"/>
        </w:rPr>
        <w:t>____________________________________________________________________</w:t>
      </w:r>
    </w:p>
    <w:p>
      <w:pPr>
        <w:ind w:left="216"/>
      </w:pPr>
      <w:r>
        <w:rPr>
          <w:i w:val="0"/>
        </w:rPr>
        <w:t>39. Any factual, continuity, grammar, formatting, or typographical problems:</w:t>
      </w:r>
    </w:p>
    <w:p>
      <w:r>
        <w:rPr>
          <w:i w:val="0"/>
        </w:rPr>
        <w:t>____________________________________________________________________</w:t>
      </w:r>
    </w:p>
    <w:p>
      <w:pPr>
        <w:ind w:left="216"/>
      </w:pPr>
      <w:r>
        <w:rPr>
          <w:i w:val="0"/>
        </w:rPr>
        <w:t>40. Additional comments:</w:t>
      </w:r>
    </w:p>
    <w:p>
      <w:r>
        <w:rPr>
          <w:i w:val="0"/>
        </w:rPr>
        <w:t>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1224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0"/>
    </w:pPr>
    <w:rPr>
      <w:rFonts w:ascii="Liberation Serif" w:hAnsi="Liberation Serif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erif" w:hAnsi="Liberation Serif"/>
      <w:b/>
      <w:bCs/>
      <w:color w:val="365F91" w:themeColor="accent1" w:themeShade="BF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erif" w:hAnsi="Liberation Serif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iberation Serif" w:hAnsi="Liberation Serif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erif" w:hAnsi="Liberation Serif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Liberation Serif" w:hAnsi="Liberation Serif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gnalFragment">
    <w:name w:val="Signal Fragment"/>
    <w:pPr>
      <w:spacing w:after="100" w:line="252" w:lineRule="auto"/>
      <w:ind w:left="504" w:right="504"/>
    </w:pPr>
    <w:rPr>
      <w:rFonts w:ascii="Liberation Serif" w:hAnsi="Liberation Serif"/>
      <w:i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